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1"/>
    <w:p w14:paraId="32C0E434" w14:textId="468AEDCD" w:rsidR="00390B83" w:rsidRPr="002040BC" w:rsidRDefault="007A2462" w:rsidP="002040BC">
      <w:pPr>
        <w:jc w:val="center"/>
        <w:rPr>
          <w:sz w:val="36"/>
          <w:szCs w:val="36"/>
          <w:lang w:eastAsia="ja-JP"/>
        </w:rPr>
      </w:pPr>
      <w:r w:rsidRPr="007A2462">
        <w:rPr>
          <w:noProof/>
          <w:sz w:val="36"/>
          <w:szCs w:val="36"/>
          <w:lang w:eastAsia="ja-JP"/>
        </w:rPr>
        <mc:AlternateContent>
          <mc:Choice Requires="wps">
            <w:drawing>
              <wp:anchor distT="45720" distB="45720" distL="114300" distR="114300" simplePos="0" relativeHeight="251661312" behindDoc="0" locked="0" layoutInCell="1" allowOverlap="1" wp14:anchorId="7CFBE68C" wp14:editId="6C53E9EE">
                <wp:simplePos x="0" y="0"/>
                <wp:positionH relativeFrom="column">
                  <wp:posOffset>5709216</wp:posOffset>
                </wp:positionH>
                <wp:positionV relativeFrom="margin">
                  <wp:align>top</wp:align>
                </wp:positionV>
                <wp:extent cx="617400" cy="296640"/>
                <wp:effectExtent l="0" t="0" r="11430" b="273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00" cy="296640"/>
                        </a:xfrm>
                        <a:prstGeom prst="rect">
                          <a:avLst/>
                        </a:prstGeom>
                        <a:solidFill>
                          <a:schemeClr val="bg1"/>
                        </a:solidFill>
                        <a:ln w="9525">
                          <a:solidFill>
                            <a:schemeClr val="bg1"/>
                          </a:solidFill>
                          <a:miter lim="800000"/>
                          <a:headEnd/>
                          <a:tailEnd/>
                        </a:ln>
                      </wps:spPr>
                      <wps:txbx>
                        <w:txbxContent>
                          <w:p w14:paraId="5C36BAE0" w14:textId="25BBB2FD" w:rsidR="007A2462" w:rsidRDefault="007A2462">
                            <w:r>
                              <w:rPr>
                                <w:rFonts w:hint="eastAsia"/>
                                <w:lang w:eastAsia="ja-JP"/>
                              </w:rPr>
                              <w:t>受付印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BE68C" id="_x0000_t202" coordsize="21600,21600" o:spt="202" path="m,l,21600r21600,l21600,xe">
                <v:stroke joinstyle="miter"/>
                <v:path gradientshapeok="t" o:connecttype="rect"/>
              </v:shapetype>
              <v:shape id="テキスト ボックス 2" o:spid="_x0000_s1026" type="#_x0000_t202" style="position:absolute;left:0;text-align:left;margin-left:449.55pt;margin-top:0;width:48.6pt;height:23.35pt;z-index:251661312;visibility:visible;mso-wrap-style:square;mso-width-percent:0;mso-height-percent:0;mso-wrap-distance-left:9pt;mso-wrap-distance-top:3.6pt;mso-wrap-distance-right:9pt;mso-wrap-distance-bottom:3.6pt;mso-position-horizontal:absolute;mso-position-horizontal-relative:text;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" fillcolor="white [3212]" strokecolor="white [3212]">
                <v:textbox>
                  <w:txbxContent>
                    <w:p w14:paraId="5C36BAE0" w14:textId="25BBB2FD" w:rsidR="007A2462" w:rsidRDefault="007A2462">
                      <w:pPr>
                        <w:rPr>
                          <w:rFonts w:hint="eastAsia"/>
                        </w:rPr>
                      </w:pPr>
                      <w:r>
                        <w:rPr>
                          <w:rFonts w:hint="eastAsia"/>
                          <w:lang w:eastAsia="ja-JP"/>
                        </w:rPr>
                        <w:t>受付印</w:t>
                      </w:r>
                    </w:p>
                  </w:txbxContent>
                </v:textbox>
                <w10:wrap anchory="margin"/>
              </v:shape>
            </w:pict>
          </mc:Fallback>
        </mc:AlternateContent>
      </w:r>
      <w:r>
        <w:rPr>
          <w:noProof/>
          <w:sz w:val="36"/>
          <w:szCs w:val="36"/>
          <w:lang w:eastAsia="ja-JP"/>
        </w:rPr>
        <mc:AlternateContent>
          <mc:Choice Requires="wps">
            <w:drawing>
              <wp:anchor distT="0" distB="0" distL="114300" distR="114300" simplePos="0" relativeHeight="251659264" behindDoc="1" locked="0" layoutInCell="1" allowOverlap="1" wp14:anchorId="7A371896" wp14:editId="1CC51F8E">
                <wp:simplePos x="0" y="0"/>
                <wp:positionH relativeFrom="column">
                  <wp:posOffset>4632960</wp:posOffset>
                </wp:positionH>
                <wp:positionV relativeFrom="paragraph">
                  <wp:posOffset>25400</wp:posOffset>
                </wp:positionV>
                <wp:extent cx="1423035" cy="1144905"/>
                <wp:effectExtent l="0" t="0" r="24765" b="17145"/>
                <wp:wrapNone/>
                <wp:docPr id="1488658791" name="正方形/長方形 1"/>
                <wp:cNvGraphicFramePr/>
                <a:graphic xmlns:a="http://schemas.openxmlformats.org/drawingml/2006/main">
                  <a:graphicData uri="http://schemas.microsoft.com/office/word/2010/wordprocessingShape">
                    <wps:wsp>
                      <wps:cNvSpPr/>
                      <wps:spPr>
                        <a:xfrm>
                          <a:off x="0" y="0"/>
                          <a:ext cx="1423035" cy="114490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578D" id="正方形/長方形 1" o:spid="_x0000_s1026" style="position:absolute;margin-left:364.8pt;margin-top:2pt;width:112.05pt;height:9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" fillcolor="white [3201]" strokecolor="black [3200]"/>
            </w:pict>
          </mc:Fallback>
        </mc:AlternateContent>
      </w:r>
      <w:r w:rsidRPr="002040BC">
        <w:rPr>
          <w:sz w:val="36"/>
          <w:szCs w:val="36"/>
          <w:lang w:eastAsia="ja-JP"/>
        </w:rPr>
        <w:t>災害ごみ搬入申請書兼受付票</w:t>
      </w:r>
      <w:bookmarkEnd w:id="0"/>
    </w:p>
    <w:p w14:paraId="69B06999" w14:textId="7D6D344F" w:rsidR="00543B8B" w:rsidRPr="00543B8B" w:rsidRDefault="0061683E">
      <w:pPr>
        <w:rPr>
          <w:rFonts w:ascii="BIZ UDゴシック" w:eastAsia="BIZ UDゴシック" w:hAnsi="BIZ UDゴシック"/>
          <w:sz w:val="24"/>
          <w:szCs w:val="24"/>
          <w:lang w:eastAsia="ja-JP"/>
        </w:rPr>
      </w:pPr>
      <w:proofErr w:type="spellStart"/>
      <w:r w:rsidRPr="00543B8B">
        <w:rPr>
          <w:rFonts w:ascii="BIZ UDゴシック" w:eastAsia="BIZ UDゴシック" w:hAnsi="BIZ UDゴシック"/>
          <w:sz w:val="24"/>
          <w:szCs w:val="24"/>
        </w:rPr>
        <w:t>申請日：</w:t>
      </w:r>
      <w:proofErr w:type="gramStart"/>
      <w:r w:rsidRPr="00543B8B">
        <w:rPr>
          <w:rFonts w:ascii="BIZ UDゴシック" w:eastAsia="BIZ UDゴシック" w:hAnsi="BIZ UDゴシック"/>
          <w:sz w:val="24"/>
          <w:szCs w:val="24"/>
        </w:rPr>
        <w:t>令和</w:t>
      </w:r>
      <w:proofErr w:type="spellEnd"/>
      <w:r w:rsidRPr="00543B8B">
        <w:rPr>
          <w:rFonts w:ascii="BIZ UDゴシック" w:eastAsia="BIZ UDゴシック" w:hAnsi="BIZ UDゴシック"/>
          <w:sz w:val="24"/>
          <w:szCs w:val="24"/>
        </w:rPr>
        <w:t xml:space="preserve">　　年</w:t>
      </w:r>
      <w:proofErr w:type="gramEnd"/>
      <w:r w:rsidRPr="00543B8B">
        <w:rPr>
          <w:rFonts w:ascii="BIZ UDゴシック" w:eastAsia="BIZ UDゴシック" w:hAnsi="BIZ UDゴシック"/>
          <w:sz w:val="24"/>
          <w:szCs w:val="24"/>
        </w:rPr>
        <w:t xml:space="preserve">　　</w:t>
      </w:r>
      <w:proofErr w:type="gramStart"/>
      <w:r w:rsidRPr="00543B8B">
        <w:rPr>
          <w:rFonts w:ascii="BIZ UDゴシック" w:eastAsia="BIZ UDゴシック" w:hAnsi="BIZ UDゴシック"/>
          <w:sz w:val="24"/>
          <w:szCs w:val="24"/>
        </w:rPr>
        <w:t>月　　日</w:t>
      </w:r>
      <w:proofErr w:type="gramEnd"/>
    </w:p>
    <w:p w14:paraId="2CFF74D6" w14:textId="38FE7B71" w:rsidR="00390B83" w:rsidRPr="00543B8B" w:rsidRDefault="0061683E">
      <w:pPr>
        <w:rPr>
          <w:rFonts w:ascii="BIZ UDゴシック" w:eastAsia="BIZ UDゴシック" w:hAnsi="BIZ UDゴシック"/>
          <w:sz w:val="24"/>
          <w:szCs w:val="24"/>
        </w:rPr>
      </w:pPr>
      <w:proofErr w:type="spellStart"/>
      <w:r w:rsidRPr="00543B8B">
        <w:rPr>
          <w:rFonts w:ascii="BIZ UDゴシック" w:eastAsia="BIZ UDゴシック" w:hAnsi="BIZ UDゴシック"/>
          <w:sz w:val="24"/>
          <w:szCs w:val="24"/>
        </w:rPr>
        <w:t>受付番号</w:t>
      </w:r>
      <w:proofErr w:type="spellEnd"/>
      <w:r w:rsidRPr="00543B8B">
        <w:rPr>
          <w:rFonts w:ascii="BIZ UDゴシック" w:eastAsia="BIZ UDゴシック" w:hAnsi="BIZ UDゴシック"/>
          <w:sz w:val="24"/>
          <w:szCs w:val="24"/>
        </w:rPr>
        <w:t>：　　　　　　　　　　（</w:t>
      </w:r>
      <w:proofErr w:type="spellStart"/>
      <w:r w:rsidRPr="00543B8B">
        <w:rPr>
          <w:rFonts w:ascii="BIZ UDゴシック" w:eastAsia="BIZ UDゴシック" w:hAnsi="BIZ UDゴシック"/>
          <w:sz w:val="24"/>
          <w:szCs w:val="24"/>
        </w:rPr>
        <w:t>受付者記入</w:t>
      </w:r>
      <w:proofErr w:type="spellEnd"/>
      <w:r w:rsidRPr="00543B8B">
        <w:rPr>
          <w:rFonts w:ascii="BIZ UDゴシック" w:eastAsia="BIZ UDゴシック" w:hAnsi="BIZ UDゴシック"/>
          <w:sz w:val="24"/>
          <w:szCs w:val="24"/>
        </w:rPr>
        <w:t>）</w:t>
      </w:r>
    </w:p>
    <w:tbl>
      <w:tblPr>
        <w:tblStyle w:val="afe"/>
        <w:tblW w:w="10281" w:type="dxa"/>
        <w:jc w:val="center"/>
        <w:tblBorders>
          <w:insideH w:val="dotted" w:sz="4" w:space="0" w:color="auto"/>
          <w:insideV w:val="dotted" w:sz="4" w:space="0" w:color="auto"/>
        </w:tblBorders>
        <w:tblLook w:val="04A0" w:firstRow="1" w:lastRow="0" w:firstColumn="1" w:lastColumn="0" w:noHBand="0" w:noVBand="1"/>
      </w:tblPr>
      <w:tblGrid>
        <w:gridCol w:w="2127"/>
        <w:gridCol w:w="8154"/>
      </w:tblGrid>
      <w:tr w:rsidR="00390B83" w:rsidRPr="00543B8B" w14:paraId="681D64B5" w14:textId="77777777" w:rsidTr="008C697E">
        <w:trPr>
          <w:trHeight w:val="1089"/>
          <w:jc w:val="center"/>
        </w:trPr>
        <w:tc>
          <w:tcPr>
            <w:tcW w:w="2127" w:type="dxa"/>
            <w:vAlign w:val="center"/>
          </w:tcPr>
          <w:p w14:paraId="5F31F654" w14:textId="789504FD" w:rsidR="00390B83" w:rsidRPr="00543B8B" w:rsidRDefault="0061683E" w:rsidP="00543B8B">
            <w:pPr>
              <w:jc w:val="center"/>
              <w:rPr>
                <w:rFonts w:ascii="BIZ UDゴシック" w:eastAsia="BIZ UDゴシック" w:hAnsi="BIZ UDゴシック"/>
                <w:sz w:val="24"/>
                <w:szCs w:val="24"/>
              </w:rPr>
            </w:pPr>
            <w:proofErr w:type="gramStart"/>
            <w:r w:rsidRPr="00543B8B">
              <w:rPr>
                <w:rFonts w:ascii="BIZ UDゴシック" w:eastAsia="BIZ UDゴシック" w:hAnsi="BIZ UDゴシック"/>
                <w:sz w:val="24"/>
                <w:szCs w:val="24"/>
              </w:rPr>
              <w:t>1</w:t>
            </w:r>
            <w:r w:rsidR="00543B8B" w:rsidRPr="00543B8B">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rPr>
              <w:t xml:space="preserve"> </w:t>
            </w:r>
            <w:proofErr w:type="spellStart"/>
            <w:r w:rsidRPr="00543B8B">
              <w:rPr>
                <w:rFonts w:ascii="BIZ UDゴシック" w:eastAsia="BIZ UDゴシック" w:hAnsi="BIZ UDゴシック"/>
                <w:sz w:val="24"/>
                <w:szCs w:val="24"/>
              </w:rPr>
              <w:t>申請者</w:t>
            </w:r>
            <w:proofErr w:type="spellEnd"/>
            <w:proofErr w:type="gramEnd"/>
          </w:p>
        </w:tc>
        <w:tc>
          <w:tcPr>
            <w:tcW w:w="8154" w:type="dxa"/>
            <w:vAlign w:val="center"/>
          </w:tcPr>
          <w:p w14:paraId="1AC3E463" w14:textId="1C6AC16B" w:rsidR="00390B83" w:rsidRPr="00543B8B" w:rsidRDefault="0061683E" w:rsidP="00543B8B">
            <w:pPr>
              <w:rPr>
                <w:rFonts w:ascii="BIZ UDゴシック" w:eastAsia="BIZ UDゴシック" w:hAnsi="BIZ UDゴシック"/>
                <w:sz w:val="24"/>
                <w:szCs w:val="24"/>
              </w:rPr>
            </w:pPr>
            <w:proofErr w:type="spellStart"/>
            <w:r w:rsidRPr="00543B8B">
              <w:rPr>
                <w:rFonts w:ascii="BIZ UDゴシック" w:eastAsia="BIZ UDゴシック" w:hAnsi="BIZ UDゴシック"/>
                <w:sz w:val="24"/>
                <w:szCs w:val="24"/>
              </w:rPr>
              <w:t>氏名</w:t>
            </w:r>
            <w:proofErr w:type="spellEnd"/>
            <w:r w:rsidRPr="00543B8B">
              <w:rPr>
                <w:rFonts w:ascii="BIZ UDゴシック" w:eastAsia="BIZ UDゴシック" w:hAnsi="BIZ UDゴシック"/>
                <w:sz w:val="24"/>
                <w:szCs w:val="24"/>
              </w:rPr>
              <w:t xml:space="preserve">：　　　　　　　　　　　　　</w:t>
            </w:r>
            <w:r w:rsidRPr="00543B8B">
              <w:rPr>
                <w:rFonts w:ascii="BIZ UDゴシック" w:eastAsia="BIZ UDゴシック" w:hAnsi="BIZ UDゴシック"/>
                <w:sz w:val="24"/>
                <w:szCs w:val="24"/>
              </w:rPr>
              <w:br/>
            </w:r>
            <w:proofErr w:type="spellStart"/>
            <w:r w:rsidRPr="00543B8B">
              <w:rPr>
                <w:rFonts w:ascii="BIZ UDゴシック" w:eastAsia="BIZ UDゴシック" w:hAnsi="BIZ UDゴシック"/>
                <w:sz w:val="24"/>
                <w:szCs w:val="24"/>
              </w:rPr>
              <w:t>住所</w:t>
            </w:r>
            <w:proofErr w:type="spellEnd"/>
            <w:r w:rsidRPr="00543B8B">
              <w:rPr>
                <w:rFonts w:ascii="BIZ UDゴシック" w:eastAsia="BIZ UDゴシック" w:hAnsi="BIZ UDゴシック"/>
                <w:sz w:val="24"/>
                <w:szCs w:val="24"/>
              </w:rPr>
              <w:t xml:space="preserve">：〒　　　　　　　　　　　　</w:t>
            </w:r>
            <w:r w:rsidRPr="00543B8B">
              <w:rPr>
                <w:rFonts w:ascii="BIZ UDゴシック" w:eastAsia="BIZ UDゴシック" w:hAnsi="BIZ UDゴシック"/>
                <w:sz w:val="24"/>
                <w:szCs w:val="24"/>
              </w:rPr>
              <w:br/>
            </w:r>
            <w:proofErr w:type="spellStart"/>
            <w:r w:rsidRPr="00543B8B">
              <w:rPr>
                <w:rFonts w:ascii="BIZ UDゴシック" w:eastAsia="BIZ UDゴシック" w:hAnsi="BIZ UDゴシック"/>
                <w:sz w:val="24"/>
                <w:szCs w:val="24"/>
              </w:rPr>
              <w:t>電話番号</w:t>
            </w:r>
            <w:proofErr w:type="spellEnd"/>
            <w:r w:rsidRPr="00543B8B">
              <w:rPr>
                <w:rFonts w:ascii="BIZ UDゴシック" w:eastAsia="BIZ UDゴシック" w:hAnsi="BIZ UDゴシック"/>
                <w:sz w:val="24"/>
                <w:szCs w:val="24"/>
              </w:rPr>
              <w:t>：</w:t>
            </w:r>
          </w:p>
        </w:tc>
      </w:tr>
      <w:tr w:rsidR="00390B83" w:rsidRPr="00543B8B" w14:paraId="5FCDBA79" w14:textId="77777777" w:rsidTr="00FE320E">
        <w:trPr>
          <w:trHeight w:val="644"/>
          <w:jc w:val="center"/>
        </w:trPr>
        <w:tc>
          <w:tcPr>
            <w:tcW w:w="2127" w:type="dxa"/>
            <w:vAlign w:val="center"/>
          </w:tcPr>
          <w:p w14:paraId="4AAD5D2D" w14:textId="6FEC48CE" w:rsidR="00390B83" w:rsidRPr="00543B8B" w:rsidRDefault="0061683E" w:rsidP="00543B8B">
            <w:pPr>
              <w:jc w:val="center"/>
              <w:rPr>
                <w:rFonts w:ascii="BIZ UDゴシック" w:eastAsia="BIZ UDゴシック" w:hAnsi="BIZ UDゴシック"/>
                <w:sz w:val="24"/>
                <w:szCs w:val="24"/>
              </w:rPr>
            </w:pPr>
            <w:proofErr w:type="gramStart"/>
            <w:r w:rsidRPr="00543B8B">
              <w:rPr>
                <w:rFonts w:ascii="BIZ UDゴシック" w:eastAsia="BIZ UDゴシック" w:hAnsi="BIZ UDゴシック"/>
                <w:sz w:val="24"/>
                <w:szCs w:val="24"/>
              </w:rPr>
              <w:t xml:space="preserve">2 </w:t>
            </w:r>
            <w:r w:rsidR="00543B8B" w:rsidRPr="00543B8B">
              <w:rPr>
                <w:rFonts w:ascii="BIZ UDゴシック" w:eastAsia="BIZ UDゴシック" w:hAnsi="BIZ UDゴシック" w:hint="eastAsia"/>
                <w:sz w:val="24"/>
                <w:szCs w:val="24"/>
                <w:lang w:eastAsia="ja-JP"/>
              </w:rPr>
              <w:t xml:space="preserve"> </w:t>
            </w:r>
            <w:proofErr w:type="spellStart"/>
            <w:r w:rsidRPr="00543B8B">
              <w:rPr>
                <w:rFonts w:ascii="BIZ UDゴシック" w:eastAsia="BIZ UDゴシック" w:hAnsi="BIZ UDゴシック"/>
                <w:sz w:val="24"/>
                <w:szCs w:val="24"/>
              </w:rPr>
              <w:t>災害発生日</w:t>
            </w:r>
            <w:proofErr w:type="spellEnd"/>
            <w:proofErr w:type="gramEnd"/>
          </w:p>
        </w:tc>
        <w:tc>
          <w:tcPr>
            <w:tcW w:w="8154" w:type="dxa"/>
            <w:vAlign w:val="center"/>
          </w:tcPr>
          <w:p w14:paraId="77DC76FD" w14:textId="251663C0" w:rsidR="00390B83" w:rsidRPr="00543B8B" w:rsidRDefault="006D6381" w:rsidP="00543B8B">
            <w:pPr>
              <w:jc w:val="both"/>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w:t>
            </w:r>
            <w:proofErr w:type="spellStart"/>
            <w:r w:rsidRPr="00543B8B">
              <w:rPr>
                <w:rFonts w:ascii="BIZ UDゴシック" w:eastAsia="BIZ UDゴシック" w:hAnsi="BIZ UDゴシック"/>
                <w:sz w:val="24"/>
                <w:szCs w:val="24"/>
              </w:rPr>
              <w:t>令和</w:t>
            </w:r>
            <w:proofErr w:type="spellEnd"/>
            <w:r w:rsidR="008C697E">
              <w:rPr>
                <w:rFonts w:ascii="BIZ UDゴシック" w:eastAsia="BIZ UDゴシック" w:hAnsi="BIZ UDゴシック" w:hint="eastAsia"/>
                <w:sz w:val="24"/>
                <w:szCs w:val="24"/>
                <w:lang w:eastAsia="ja-JP"/>
              </w:rPr>
              <w:t>８</w:t>
            </w:r>
            <w:r w:rsidRPr="00543B8B">
              <w:rPr>
                <w:rFonts w:ascii="BIZ UDゴシック" w:eastAsia="BIZ UDゴシック" w:hAnsi="BIZ UDゴシック"/>
                <w:sz w:val="24"/>
                <w:szCs w:val="24"/>
              </w:rPr>
              <w:t>年</w:t>
            </w:r>
            <w:r>
              <w:rPr>
                <w:rFonts w:ascii="BIZ UDゴシック" w:eastAsia="BIZ UDゴシック" w:hAnsi="BIZ UDゴシック" w:hint="eastAsia"/>
                <w:sz w:val="24"/>
                <w:szCs w:val="24"/>
                <w:lang w:eastAsia="ja-JP"/>
              </w:rPr>
              <w:t>７</w:t>
            </w:r>
            <w:r w:rsidRPr="00543B8B">
              <w:rPr>
                <w:rFonts w:ascii="BIZ UDゴシック" w:eastAsia="BIZ UDゴシック" w:hAnsi="BIZ UDゴシック"/>
                <w:sz w:val="24"/>
                <w:szCs w:val="24"/>
              </w:rPr>
              <w:t>月</w:t>
            </w:r>
            <w:r>
              <w:rPr>
                <w:rFonts w:ascii="BIZ UDゴシック" w:eastAsia="BIZ UDゴシック" w:hAnsi="BIZ UDゴシック" w:hint="eastAsia"/>
                <w:sz w:val="24"/>
                <w:szCs w:val="24"/>
                <w:lang w:eastAsia="ja-JP"/>
              </w:rPr>
              <w:t>２８</w:t>
            </w:r>
            <w:r w:rsidRPr="00543B8B">
              <w:rPr>
                <w:rFonts w:ascii="BIZ UDゴシック" w:eastAsia="BIZ UDゴシック" w:hAnsi="BIZ UDゴシック"/>
                <w:sz w:val="24"/>
                <w:szCs w:val="24"/>
              </w:rPr>
              <w:t>日</w:t>
            </w:r>
            <w:r>
              <w:rPr>
                <w:rFonts w:ascii="BIZ UDゴシック" w:eastAsia="BIZ UDゴシック" w:hAnsi="BIZ UDゴシック" w:hint="eastAsia"/>
                <w:sz w:val="24"/>
                <w:szCs w:val="24"/>
                <w:lang w:eastAsia="ja-JP"/>
              </w:rPr>
              <w:t xml:space="preserve">　　□令和８年　　月　　日</w:t>
            </w:r>
          </w:p>
        </w:tc>
      </w:tr>
      <w:tr w:rsidR="00390B83" w:rsidRPr="00543B8B" w14:paraId="5B753127" w14:textId="77777777" w:rsidTr="008C697E">
        <w:trPr>
          <w:trHeight w:val="772"/>
          <w:jc w:val="center"/>
        </w:trPr>
        <w:tc>
          <w:tcPr>
            <w:tcW w:w="2127" w:type="dxa"/>
            <w:vAlign w:val="center"/>
          </w:tcPr>
          <w:p w14:paraId="7277A9D1" w14:textId="56B1F461" w:rsidR="00390B83" w:rsidRPr="00543B8B" w:rsidRDefault="0061683E" w:rsidP="00543B8B">
            <w:pPr>
              <w:jc w:val="center"/>
              <w:rPr>
                <w:rFonts w:ascii="BIZ UDゴシック" w:eastAsia="BIZ UDゴシック" w:hAnsi="BIZ UDゴシック"/>
                <w:sz w:val="24"/>
                <w:szCs w:val="24"/>
              </w:rPr>
            </w:pPr>
            <w:bookmarkStart w:id="1" w:name="_Hlk236169710"/>
            <w:proofErr w:type="gramStart"/>
            <w:r w:rsidRPr="00543B8B">
              <w:rPr>
                <w:rFonts w:ascii="BIZ UDゴシック" w:eastAsia="BIZ UDゴシック" w:hAnsi="BIZ UDゴシック"/>
                <w:sz w:val="24"/>
                <w:szCs w:val="24"/>
              </w:rPr>
              <w:t xml:space="preserve">3 </w:t>
            </w:r>
            <w:r w:rsidR="00543B8B" w:rsidRPr="00543B8B">
              <w:rPr>
                <w:rFonts w:ascii="BIZ UDゴシック" w:eastAsia="BIZ UDゴシック" w:hAnsi="BIZ UDゴシック" w:hint="eastAsia"/>
                <w:sz w:val="24"/>
                <w:szCs w:val="24"/>
                <w:lang w:eastAsia="ja-JP"/>
              </w:rPr>
              <w:t xml:space="preserve"> </w:t>
            </w:r>
            <w:proofErr w:type="spellStart"/>
            <w:r w:rsidRPr="00543B8B">
              <w:rPr>
                <w:rFonts w:ascii="BIZ UDゴシック" w:eastAsia="BIZ UDゴシック" w:hAnsi="BIZ UDゴシック"/>
                <w:sz w:val="24"/>
                <w:szCs w:val="24"/>
              </w:rPr>
              <w:t>ごみ</w:t>
            </w:r>
            <w:proofErr w:type="gramEnd"/>
            <w:r w:rsidRPr="00543B8B">
              <w:rPr>
                <w:rFonts w:ascii="BIZ UDゴシック" w:eastAsia="BIZ UDゴシック" w:hAnsi="BIZ UDゴシック"/>
                <w:sz w:val="24"/>
                <w:szCs w:val="24"/>
              </w:rPr>
              <w:t>発生場所</w:t>
            </w:r>
            <w:proofErr w:type="spellEnd"/>
          </w:p>
        </w:tc>
        <w:tc>
          <w:tcPr>
            <w:tcW w:w="8154" w:type="dxa"/>
            <w:vAlign w:val="center"/>
          </w:tcPr>
          <w:p w14:paraId="73BAAC69" w14:textId="77777777" w:rsidR="00390B83" w:rsidRPr="00543B8B" w:rsidRDefault="0061683E" w:rsidP="00543B8B">
            <w:pPr>
              <w:rPr>
                <w:rFonts w:ascii="BIZ UDゴシック" w:eastAsia="BIZ UDゴシック" w:hAnsi="BIZ UDゴシック"/>
                <w:sz w:val="24"/>
                <w:szCs w:val="24"/>
                <w:lang w:eastAsia="ja-JP"/>
              </w:rPr>
            </w:pPr>
            <w:r w:rsidRPr="00543B8B">
              <w:rPr>
                <w:rFonts w:ascii="BIZ UDゴシック" w:eastAsia="BIZ UDゴシック" w:hAnsi="BIZ UDゴシック"/>
                <w:sz w:val="24"/>
                <w:szCs w:val="24"/>
                <w:lang w:eastAsia="ja-JP"/>
              </w:rPr>
              <w:t>□申請者住所と同じ</w:t>
            </w:r>
            <w:r w:rsidRPr="00543B8B">
              <w:rPr>
                <w:rFonts w:ascii="BIZ UDゴシック" w:eastAsia="BIZ UDゴシック" w:hAnsi="BIZ UDゴシック"/>
                <w:sz w:val="24"/>
                <w:szCs w:val="24"/>
                <w:lang w:eastAsia="ja-JP"/>
              </w:rPr>
              <w:br/>
              <w:t>所在地：</w:t>
            </w:r>
          </w:p>
        </w:tc>
      </w:tr>
      <w:bookmarkEnd w:id="1"/>
      <w:tr w:rsidR="00390B83" w:rsidRPr="00543B8B" w14:paraId="028033C5" w14:textId="77777777" w:rsidTr="00FE320E">
        <w:trPr>
          <w:trHeight w:val="849"/>
          <w:jc w:val="center"/>
        </w:trPr>
        <w:tc>
          <w:tcPr>
            <w:tcW w:w="2127" w:type="dxa"/>
            <w:vAlign w:val="center"/>
          </w:tcPr>
          <w:p w14:paraId="39EB8C7F" w14:textId="03F91CA9" w:rsidR="00390B83" w:rsidRPr="00543B8B" w:rsidRDefault="0061683E" w:rsidP="00543B8B">
            <w:pPr>
              <w:jc w:val="center"/>
              <w:rPr>
                <w:rFonts w:ascii="BIZ UDゴシック" w:eastAsia="BIZ UDゴシック" w:hAnsi="BIZ UDゴシック"/>
                <w:sz w:val="24"/>
                <w:szCs w:val="24"/>
              </w:rPr>
            </w:pPr>
            <w:r w:rsidRPr="00543B8B">
              <w:rPr>
                <w:rFonts w:ascii="BIZ UDゴシック" w:eastAsia="BIZ UDゴシック" w:hAnsi="BIZ UDゴシック"/>
                <w:sz w:val="24"/>
                <w:szCs w:val="24"/>
              </w:rPr>
              <w:t>4</w:t>
            </w:r>
            <w:r w:rsidR="00543B8B" w:rsidRPr="00543B8B">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rPr>
              <w:t xml:space="preserve"> </w:t>
            </w:r>
            <w:proofErr w:type="spellStart"/>
            <w:r w:rsidRPr="00543B8B">
              <w:rPr>
                <w:rFonts w:ascii="BIZ UDゴシック" w:eastAsia="BIZ UDゴシック" w:hAnsi="BIZ UDゴシック"/>
                <w:sz w:val="24"/>
                <w:szCs w:val="24"/>
              </w:rPr>
              <w:t>被災状況</w:t>
            </w:r>
            <w:proofErr w:type="spellEnd"/>
          </w:p>
        </w:tc>
        <w:tc>
          <w:tcPr>
            <w:tcW w:w="8154" w:type="dxa"/>
            <w:vAlign w:val="center"/>
          </w:tcPr>
          <w:p w14:paraId="1ADF43DB" w14:textId="75DE7CFB" w:rsidR="00FE320E" w:rsidRDefault="00FE320E" w:rsidP="00543B8B">
            <w:pPr>
              <w:jc w:val="both"/>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xml:space="preserve">□物損被害のみ　</w:t>
            </w:r>
            <w:r w:rsidRPr="00543B8B">
              <w:rPr>
                <w:rFonts w:ascii="BIZ UDゴシック" w:eastAsia="BIZ UDゴシック" w:hAnsi="BIZ UDゴシック"/>
                <w:sz w:val="24"/>
                <w:szCs w:val="24"/>
                <w:lang w:eastAsia="ja-JP"/>
              </w:rPr>
              <w:t>□一部損壊　□半壊　□全壊　□床上浸水</w:t>
            </w:r>
          </w:p>
          <w:p w14:paraId="1C79AA1F" w14:textId="6707373E" w:rsidR="00390B83" w:rsidRPr="00543B8B" w:rsidRDefault="0061683E" w:rsidP="00543B8B">
            <w:pPr>
              <w:jc w:val="both"/>
              <w:rPr>
                <w:rFonts w:ascii="BIZ UDゴシック" w:eastAsia="BIZ UDゴシック" w:hAnsi="BIZ UDゴシック"/>
                <w:sz w:val="24"/>
                <w:szCs w:val="24"/>
                <w:lang w:eastAsia="ja-JP"/>
              </w:rPr>
            </w:pPr>
            <w:r w:rsidRPr="00543B8B">
              <w:rPr>
                <w:rFonts w:ascii="BIZ UDゴシック" w:eastAsia="BIZ UDゴシック" w:hAnsi="BIZ UDゴシック"/>
                <w:sz w:val="24"/>
                <w:szCs w:val="24"/>
                <w:lang w:eastAsia="ja-JP"/>
              </w:rPr>
              <w:t>□その他（　　　　　）</w:t>
            </w:r>
          </w:p>
        </w:tc>
      </w:tr>
      <w:tr w:rsidR="00390B83" w:rsidRPr="00543B8B" w14:paraId="2AE92403" w14:textId="77777777" w:rsidTr="00FE320E">
        <w:trPr>
          <w:trHeight w:val="873"/>
          <w:jc w:val="center"/>
        </w:trPr>
        <w:tc>
          <w:tcPr>
            <w:tcW w:w="2127" w:type="dxa"/>
            <w:vAlign w:val="center"/>
          </w:tcPr>
          <w:p w14:paraId="0B4EAB24" w14:textId="06CD36B2" w:rsidR="00390B83" w:rsidRPr="00543B8B" w:rsidRDefault="0061683E" w:rsidP="00543B8B">
            <w:pPr>
              <w:jc w:val="center"/>
              <w:rPr>
                <w:rFonts w:ascii="BIZ UDゴシック" w:eastAsia="BIZ UDゴシック" w:hAnsi="BIZ UDゴシック"/>
                <w:sz w:val="24"/>
                <w:szCs w:val="24"/>
              </w:rPr>
            </w:pPr>
            <w:r w:rsidRPr="00543B8B">
              <w:rPr>
                <w:rFonts w:ascii="BIZ UDゴシック" w:eastAsia="BIZ UDゴシック" w:hAnsi="BIZ UDゴシック"/>
                <w:sz w:val="24"/>
                <w:szCs w:val="24"/>
              </w:rPr>
              <w:t>5</w:t>
            </w:r>
            <w:r w:rsidR="00543B8B" w:rsidRPr="00543B8B">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rPr>
              <w:t xml:space="preserve"> </w:t>
            </w:r>
            <w:proofErr w:type="spellStart"/>
            <w:r w:rsidRPr="00543B8B">
              <w:rPr>
                <w:rFonts w:ascii="BIZ UDゴシック" w:eastAsia="BIZ UDゴシック" w:hAnsi="BIZ UDゴシック"/>
                <w:sz w:val="24"/>
                <w:szCs w:val="24"/>
              </w:rPr>
              <w:t>搬入者</w:t>
            </w:r>
            <w:proofErr w:type="spellEnd"/>
          </w:p>
        </w:tc>
        <w:tc>
          <w:tcPr>
            <w:tcW w:w="8154" w:type="dxa"/>
            <w:vAlign w:val="center"/>
          </w:tcPr>
          <w:p w14:paraId="64083BC0" w14:textId="519F1EB9" w:rsidR="00390B83" w:rsidRPr="00543B8B" w:rsidRDefault="0061683E" w:rsidP="00365791">
            <w:pPr>
              <w:spacing w:line="276" w:lineRule="auto"/>
              <w:rPr>
                <w:rFonts w:ascii="BIZ UDゴシック" w:eastAsia="BIZ UDゴシック" w:hAnsi="BIZ UDゴシック"/>
                <w:sz w:val="24"/>
                <w:szCs w:val="24"/>
                <w:lang w:eastAsia="ja-JP"/>
              </w:rPr>
            </w:pPr>
            <w:r w:rsidRPr="00543B8B">
              <w:rPr>
                <w:rFonts w:ascii="BIZ UDゴシック" w:eastAsia="BIZ UDゴシック" w:hAnsi="BIZ UDゴシック"/>
                <w:sz w:val="24"/>
                <w:szCs w:val="24"/>
                <w:lang w:eastAsia="ja-JP"/>
              </w:rPr>
              <w:t>□本人</w:t>
            </w:r>
            <w:r w:rsidR="00FE320E">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lang w:eastAsia="ja-JP"/>
              </w:rPr>
              <w:t xml:space="preserve">　□親族</w:t>
            </w:r>
            <w:r w:rsidR="007A2462">
              <w:rPr>
                <w:rFonts w:ascii="BIZ UDゴシック" w:eastAsia="BIZ UDゴシック" w:hAnsi="BIZ UDゴシック" w:hint="eastAsia"/>
                <w:sz w:val="24"/>
                <w:szCs w:val="24"/>
                <w:lang w:eastAsia="ja-JP"/>
              </w:rPr>
              <w:t xml:space="preserve">（続柄　　</w:t>
            </w:r>
            <w:r w:rsidR="00FE320E">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lang w:eastAsia="ja-JP"/>
              </w:rPr>
              <w:t xml:space="preserve">　</w:t>
            </w:r>
            <w:r w:rsidR="007A2462">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lang w:eastAsia="ja-JP"/>
              </w:rPr>
              <w:t>□委託業者</w:t>
            </w:r>
            <w:r w:rsidR="00FE320E">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lang w:eastAsia="ja-JP"/>
              </w:rPr>
              <w:br/>
              <w:t>氏名業者名</w:t>
            </w:r>
            <w:r w:rsidR="00365791">
              <w:rPr>
                <w:rFonts w:ascii="BIZ UDゴシック" w:eastAsia="BIZ UDゴシック" w:hAnsi="BIZ UDゴシック" w:hint="eastAsia"/>
                <w:sz w:val="24"/>
                <w:szCs w:val="24"/>
                <w:lang w:eastAsia="ja-JP"/>
              </w:rPr>
              <w:t>(本人以外の場合)</w:t>
            </w:r>
            <w:r w:rsidRPr="00543B8B">
              <w:rPr>
                <w:rFonts w:ascii="BIZ UDゴシック" w:eastAsia="BIZ UDゴシック" w:hAnsi="BIZ UDゴシック"/>
                <w:sz w:val="24"/>
                <w:szCs w:val="24"/>
                <w:lang w:eastAsia="ja-JP"/>
              </w:rPr>
              <w:t>：</w:t>
            </w:r>
          </w:p>
        </w:tc>
      </w:tr>
      <w:tr w:rsidR="00390B83" w:rsidRPr="00543B8B" w14:paraId="101324CF" w14:textId="77777777" w:rsidTr="0060214F">
        <w:trPr>
          <w:trHeight w:val="945"/>
          <w:jc w:val="center"/>
        </w:trPr>
        <w:tc>
          <w:tcPr>
            <w:tcW w:w="2127" w:type="dxa"/>
            <w:vAlign w:val="center"/>
          </w:tcPr>
          <w:p w14:paraId="4D174787" w14:textId="09B80017" w:rsidR="00390B83" w:rsidRPr="00543B8B" w:rsidRDefault="0061683E" w:rsidP="00543B8B">
            <w:pPr>
              <w:jc w:val="center"/>
              <w:rPr>
                <w:rFonts w:ascii="BIZ UDゴシック" w:eastAsia="BIZ UDゴシック" w:hAnsi="BIZ UDゴシック"/>
                <w:sz w:val="24"/>
                <w:szCs w:val="24"/>
              </w:rPr>
            </w:pPr>
            <w:r w:rsidRPr="00543B8B">
              <w:rPr>
                <w:rFonts w:ascii="BIZ UDゴシック" w:eastAsia="BIZ UDゴシック" w:hAnsi="BIZ UDゴシック"/>
                <w:sz w:val="24"/>
                <w:szCs w:val="24"/>
              </w:rPr>
              <w:t xml:space="preserve">6 </w:t>
            </w:r>
            <w:r w:rsidR="00543B8B" w:rsidRPr="00543B8B">
              <w:rPr>
                <w:rFonts w:ascii="BIZ UDゴシック" w:eastAsia="BIZ UDゴシック" w:hAnsi="BIZ UDゴシック" w:hint="eastAsia"/>
                <w:sz w:val="24"/>
                <w:szCs w:val="24"/>
                <w:lang w:eastAsia="ja-JP"/>
              </w:rPr>
              <w:t xml:space="preserve"> </w:t>
            </w:r>
            <w:proofErr w:type="spellStart"/>
            <w:r w:rsidRPr="00543B8B">
              <w:rPr>
                <w:rFonts w:ascii="BIZ UDゴシック" w:eastAsia="BIZ UDゴシック" w:hAnsi="BIZ UDゴシック"/>
                <w:sz w:val="24"/>
                <w:szCs w:val="24"/>
              </w:rPr>
              <w:t>搬入車両</w:t>
            </w:r>
            <w:proofErr w:type="spellEnd"/>
          </w:p>
        </w:tc>
        <w:tc>
          <w:tcPr>
            <w:tcW w:w="8154" w:type="dxa"/>
            <w:vAlign w:val="center"/>
          </w:tcPr>
          <w:p w14:paraId="111FE7FA" w14:textId="2F4C1C86" w:rsidR="00390B83" w:rsidRPr="00543B8B" w:rsidRDefault="0061683E" w:rsidP="0060214F">
            <w:pPr>
              <w:spacing w:line="276" w:lineRule="auto"/>
              <w:rPr>
                <w:rFonts w:ascii="BIZ UDゴシック" w:eastAsia="BIZ UDゴシック" w:hAnsi="BIZ UDゴシック"/>
                <w:sz w:val="24"/>
                <w:szCs w:val="24"/>
                <w:lang w:eastAsia="ja-JP"/>
              </w:rPr>
            </w:pPr>
            <w:bookmarkStart w:id="2" w:name="OLE_LINK5"/>
            <w:r w:rsidRPr="00543B8B">
              <w:rPr>
                <w:rFonts w:ascii="BIZ UDゴシック" w:eastAsia="BIZ UDゴシック" w:hAnsi="BIZ UDゴシック"/>
                <w:sz w:val="24"/>
                <w:szCs w:val="24"/>
                <w:lang w:eastAsia="ja-JP"/>
              </w:rPr>
              <w:t xml:space="preserve">□軽トラック　□普通トラック　</w:t>
            </w:r>
            <w:r w:rsidR="0060214F">
              <w:rPr>
                <w:rFonts w:ascii="BIZ UDゴシック" w:eastAsia="BIZ UDゴシック" w:hAnsi="BIZ UDゴシック" w:hint="eastAsia"/>
                <w:sz w:val="24"/>
                <w:szCs w:val="24"/>
                <w:lang w:eastAsia="ja-JP"/>
              </w:rPr>
              <w:t xml:space="preserve">□普通車　</w:t>
            </w:r>
            <w:r w:rsidRPr="00543B8B">
              <w:rPr>
                <w:rFonts w:ascii="BIZ UDゴシック" w:eastAsia="BIZ UDゴシック" w:hAnsi="BIZ UDゴシック"/>
                <w:sz w:val="24"/>
                <w:szCs w:val="24"/>
                <w:lang w:eastAsia="ja-JP"/>
              </w:rPr>
              <w:t xml:space="preserve">□その他（　</w:t>
            </w:r>
            <w:r w:rsidR="0060214F">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lang w:eastAsia="ja-JP"/>
              </w:rPr>
              <w:t xml:space="preserve">　　　）</w:t>
            </w:r>
            <w:r w:rsidRPr="00543B8B">
              <w:rPr>
                <w:rFonts w:ascii="BIZ UDゴシック" w:eastAsia="BIZ UDゴシック" w:hAnsi="BIZ UDゴシック"/>
                <w:sz w:val="24"/>
                <w:szCs w:val="24"/>
                <w:lang w:eastAsia="ja-JP"/>
              </w:rPr>
              <w:br/>
              <w:t>車両番号：</w:t>
            </w:r>
            <w:bookmarkEnd w:id="2"/>
          </w:p>
        </w:tc>
      </w:tr>
      <w:tr w:rsidR="00390B83" w:rsidRPr="00543B8B" w14:paraId="5788E00E" w14:textId="77777777" w:rsidTr="0060214F">
        <w:trPr>
          <w:trHeight w:val="1129"/>
          <w:jc w:val="center"/>
        </w:trPr>
        <w:tc>
          <w:tcPr>
            <w:tcW w:w="2127" w:type="dxa"/>
            <w:vAlign w:val="center"/>
          </w:tcPr>
          <w:p w14:paraId="4977DB83" w14:textId="42BD77A6" w:rsidR="00390B83" w:rsidRPr="00543B8B" w:rsidRDefault="0061683E" w:rsidP="00543B8B">
            <w:pPr>
              <w:jc w:val="center"/>
              <w:rPr>
                <w:rFonts w:ascii="BIZ UDゴシック" w:eastAsia="BIZ UDゴシック" w:hAnsi="BIZ UDゴシック"/>
                <w:sz w:val="24"/>
                <w:szCs w:val="24"/>
              </w:rPr>
            </w:pPr>
            <w:bookmarkStart w:id="3" w:name="_Hlk236171025"/>
            <w:r w:rsidRPr="00543B8B">
              <w:rPr>
                <w:rFonts w:ascii="BIZ UDゴシック" w:eastAsia="BIZ UDゴシック" w:hAnsi="BIZ UDゴシック"/>
                <w:sz w:val="24"/>
                <w:szCs w:val="24"/>
              </w:rPr>
              <w:t xml:space="preserve">7 </w:t>
            </w:r>
            <w:r w:rsidR="00543B8B" w:rsidRPr="00543B8B">
              <w:rPr>
                <w:rFonts w:ascii="BIZ UDゴシック" w:eastAsia="BIZ UDゴシック" w:hAnsi="BIZ UDゴシック" w:hint="eastAsia"/>
                <w:sz w:val="24"/>
                <w:szCs w:val="24"/>
                <w:lang w:eastAsia="ja-JP"/>
              </w:rPr>
              <w:t xml:space="preserve"> </w:t>
            </w:r>
            <w:proofErr w:type="spellStart"/>
            <w:r w:rsidRPr="00543B8B">
              <w:rPr>
                <w:rFonts w:ascii="BIZ UDゴシック" w:eastAsia="BIZ UDゴシック" w:hAnsi="BIZ UDゴシック"/>
                <w:sz w:val="24"/>
                <w:szCs w:val="24"/>
              </w:rPr>
              <w:t>ごみの種類</w:t>
            </w:r>
            <w:proofErr w:type="spellEnd"/>
          </w:p>
        </w:tc>
        <w:tc>
          <w:tcPr>
            <w:tcW w:w="8154" w:type="dxa"/>
            <w:vAlign w:val="center"/>
          </w:tcPr>
          <w:p w14:paraId="31F8FBDA" w14:textId="0801801F" w:rsidR="0060214F" w:rsidRDefault="0060214F" w:rsidP="00543B8B">
            <w:pPr>
              <w:jc w:val="both"/>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xml:space="preserve">□食器　□ガラス　□陶器　</w:t>
            </w:r>
            <w:r w:rsidRPr="00543B8B">
              <w:rPr>
                <w:rFonts w:ascii="BIZ UDゴシック" w:eastAsia="BIZ UDゴシック" w:hAnsi="BIZ UDゴシック"/>
                <w:sz w:val="24"/>
                <w:szCs w:val="24"/>
                <w:lang w:eastAsia="ja-JP"/>
              </w:rPr>
              <w:t>□木材　□瓦　□家具</w:t>
            </w:r>
          </w:p>
          <w:p w14:paraId="18A6DCDE" w14:textId="451DE581" w:rsidR="00FE320E" w:rsidRDefault="0060214F" w:rsidP="00543B8B">
            <w:pPr>
              <w:jc w:val="both"/>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xml:space="preserve">□家電（ﾃﾚﾋﾞ・冷蔵庫・洗濯機・ｴｱｺﾝ）　</w:t>
            </w:r>
            <w:r w:rsidRPr="00543B8B">
              <w:rPr>
                <w:rFonts w:ascii="BIZ UDゴシック" w:eastAsia="BIZ UDゴシック" w:hAnsi="BIZ UDゴシック"/>
                <w:sz w:val="24"/>
                <w:szCs w:val="24"/>
                <w:lang w:eastAsia="ja-JP"/>
              </w:rPr>
              <w:t>□家電（リサイクル</w:t>
            </w:r>
            <w:r w:rsidR="00554E0A">
              <w:rPr>
                <w:rFonts w:ascii="BIZ UDゴシック" w:eastAsia="BIZ UDゴシック" w:hAnsi="BIZ UDゴシック" w:hint="eastAsia"/>
                <w:sz w:val="24"/>
                <w:szCs w:val="24"/>
                <w:lang w:eastAsia="ja-JP"/>
              </w:rPr>
              <w:t>券</w:t>
            </w:r>
            <w:r w:rsidRPr="00543B8B">
              <w:rPr>
                <w:rFonts w:ascii="BIZ UDゴシック" w:eastAsia="BIZ UDゴシック" w:hAnsi="BIZ UDゴシック"/>
                <w:sz w:val="24"/>
                <w:szCs w:val="24"/>
                <w:lang w:eastAsia="ja-JP"/>
              </w:rPr>
              <w:t>対象外）</w:t>
            </w:r>
            <w:r>
              <w:rPr>
                <w:rFonts w:ascii="BIZ UDゴシック" w:eastAsia="BIZ UDゴシック" w:hAnsi="BIZ UDゴシック" w:hint="eastAsia"/>
                <w:sz w:val="24"/>
                <w:szCs w:val="24"/>
                <w:lang w:eastAsia="ja-JP"/>
              </w:rPr>
              <w:t xml:space="preserve">　</w:t>
            </w:r>
          </w:p>
          <w:p w14:paraId="162D00EA" w14:textId="34F665AA" w:rsidR="00390B83" w:rsidRPr="00543B8B" w:rsidRDefault="0061683E" w:rsidP="00543B8B">
            <w:pPr>
              <w:jc w:val="both"/>
              <w:rPr>
                <w:rFonts w:ascii="BIZ UDゴシック" w:eastAsia="BIZ UDゴシック" w:hAnsi="BIZ UDゴシック"/>
                <w:sz w:val="24"/>
                <w:szCs w:val="24"/>
                <w:lang w:eastAsia="ja-JP"/>
              </w:rPr>
            </w:pPr>
            <w:r w:rsidRPr="00543B8B">
              <w:rPr>
                <w:rFonts w:ascii="BIZ UDゴシック" w:eastAsia="BIZ UDゴシック" w:hAnsi="BIZ UDゴシック"/>
                <w:sz w:val="24"/>
                <w:szCs w:val="24"/>
                <w:lang w:eastAsia="ja-JP"/>
              </w:rPr>
              <w:t xml:space="preserve">□その他（　　　</w:t>
            </w:r>
            <w:r w:rsidR="00FE320E">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lang w:eastAsia="ja-JP"/>
              </w:rPr>
              <w:t xml:space="preserve">　　）</w:t>
            </w:r>
          </w:p>
        </w:tc>
      </w:tr>
      <w:bookmarkEnd w:id="3"/>
      <w:tr w:rsidR="00390B83" w:rsidRPr="00543B8B" w14:paraId="65413CA3" w14:textId="77777777" w:rsidTr="00FE320E">
        <w:trPr>
          <w:trHeight w:val="653"/>
          <w:jc w:val="center"/>
        </w:trPr>
        <w:tc>
          <w:tcPr>
            <w:tcW w:w="2127" w:type="dxa"/>
            <w:vAlign w:val="center"/>
          </w:tcPr>
          <w:p w14:paraId="39086B21" w14:textId="79A4058D" w:rsidR="00390B83" w:rsidRPr="00543B8B" w:rsidRDefault="0061683E" w:rsidP="00543B8B">
            <w:pPr>
              <w:jc w:val="center"/>
              <w:rPr>
                <w:rFonts w:ascii="BIZ UDゴシック" w:eastAsia="BIZ UDゴシック" w:hAnsi="BIZ UDゴシック"/>
                <w:sz w:val="24"/>
                <w:szCs w:val="24"/>
              </w:rPr>
            </w:pPr>
            <w:r w:rsidRPr="00543B8B">
              <w:rPr>
                <w:rFonts w:ascii="BIZ UDゴシック" w:eastAsia="BIZ UDゴシック" w:hAnsi="BIZ UDゴシック"/>
                <w:sz w:val="24"/>
                <w:szCs w:val="24"/>
              </w:rPr>
              <w:t xml:space="preserve">8 </w:t>
            </w:r>
            <w:r w:rsidR="00543B8B" w:rsidRPr="00543B8B">
              <w:rPr>
                <w:rFonts w:ascii="BIZ UDゴシック" w:eastAsia="BIZ UDゴシック" w:hAnsi="BIZ UDゴシック" w:hint="eastAsia"/>
                <w:sz w:val="24"/>
                <w:szCs w:val="24"/>
                <w:lang w:eastAsia="ja-JP"/>
              </w:rPr>
              <w:t xml:space="preserve"> </w:t>
            </w:r>
            <w:proofErr w:type="spellStart"/>
            <w:r w:rsidRPr="00543B8B">
              <w:rPr>
                <w:rFonts w:ascii="BIZ UDゴシック" w:eastAsia="BIZ UDゴシック" w:hAnsi="BIZ UDゴシック"/>
                <w:sz w:val="24"/>
                <w:szCs w:val="24"/>
              </w:rPr>
              <w:t>搬入予定量</w:t>
            </w:r>
            <w:proofErr w:type="spellEnd"/>
          </w:p>
        </w:tc>
        <w:tc>
          <w:tcPr>
            <w:tcW w:w="8154" w:type="dxa"/>
            <w:vAlign w:val="center"/>
          </w:tcPr>
          <w:p w14:paraId="13029600" w14:textId="3CC80539" w:rsidR="00390B83" w:rsidRPr="0004161C" w:rsidRDefault="0061683E" w:rsidP="00543B8B">
            <w:pPr>
              <w:jc w:val="both"/>
              <w:rPr>
                <w:rFonts w:ascii="BIZ UDゴシック" w:eastAsia="BIZ UDゴシック" w:hAnsi="BIZ UDゴシック"/>
                <w:sz w:val="24"/>
                <w:szCs w:val="24"/>
                <w:lang w:eastAsia="ja-JP"/>
              </w:rPr>
            </w:pPr>
            <w:bookmarkStart w:id="4" w:name="OLE_LINK6"/>
            <w:r w:rsidRPr="00543B8B">
              <w:rPr>
                <w:rFonts w:ascii="BIZ UDゴシック" w:eastAsia="BIZ UDゴシック" w:hAnsi="BIZ UDゴシック"/>
                <w:sz w:val="24"/>
                <w:szCs w:val="24"/>
                <w:lang w:eastAsia="ja-JP"/>
              </w:rPr>
              <w:t>□</w:t>
            </w:r>
            <w:r w:rsidR="0004161C">
              <w:rPr>
                <w:rFonts w:ascii="BIZ UDゴシック" w:eastAsia="BIZ UDゴシック" w:hAnsi="BIZ UDゴシック" w:hint="eastAsia"/>
                <w:sz w:val="24"/>
                <w:szCs w:val="24"/>
                <w:lang w:eastAsia="ja-JP"/>
              </w:rPr>
              <w:t xml:space="preserve">搬入車両　</w:t>
            </w:r>
            <w:r w:rsidRPr="00543B8B">
              <w:rPr>
                <w:rFonts w:ascii="BIZ UDゴシック" w:eastAsia="BIZ UDゴシック" w:hAnsi="BIZ UDゴシック"/>
                <w:sz w:val="24"/>
                <w:szCs w:val="24"/>
                <w:lang w:eastAsia="ja-JP"/>
              </w:rPr>
              <w:t xml:space="preserve">　　台</w:t>
            </w:r>
            <w:r w:rsidR="0004161C">
              <w:rPr>
                <w:rFonts w:ascii="BIZ UDゴシック" w:eastAsia="BIZ UDゴシック" w:hAnsi="BIZ UDゴシック" w:hint="eastAsia"/>
                <w:sz w:val="24"/>
                <w:szCs w:val="24"/>
                <w:lang w:eastAsia="ja-JP"/>
              </w:rPr>
              <w:t>（</w:t>
            </w:r>
            <w:r w:rsidRPr="00543B8B">
              <w:rPr>
                <w:rFonts w:ascii="BIZ UDゴシック" w:eastAsia="BIZ UDゴシック" w:hAnsi="BIZ UDゴシック"/>
                <w:sz w:val="24"/>
                <w:szCs w:val="24"/>
                <w:lang w:eastAsia="ja-JP"/>
              </w:rPr>
              <w:t>約　　　kg</w:t>
            </w:r>
            <w:r w:rsidR="0004161C">
              <w:rPr>
                <w:rFonts w:ascii="BIZ UDゴシック" w:eastAsia="BIZ UDゴシック" w:hAnsi="BIZ UDゴシック" w:hint="eastAsia"/>
                <w:sz w:val="24"/>
                <w:szCs w:val="24"/>
                <w:lang w:eastAsia="ja-JP"/>
              </w:rPr>
              <w:t>）</w:t>
            </w:r>
            <w:bookmarkEnd w:id="4"/>
          </w:p>
        </w:tc>
      </w:tr>
      <w:tr w:rsidR="00390B83" w:rsidRPr="00543B8B" w14:paraId="2A133132" w14:textId="77777777" w:rsidTr="00FE320E">
        <w:trPr>
          <w:trHeight w:val="719"/>
          <w:jc w:val="center"/>
        </w:trPr>
        <w:tc>
          <w:tcPr>
            <w:tcW w:w="2127" w:type="dxa"/>
            <w:vAlign w:val="center"/>
          </w:tcPr>
          <w:p w14:paraId="12C033BA" w14:textId="2475E1CB" w:rsidR="00390B83" w:rsidRPr="00543B8B" w:rsidRDefault="0061683E" w:rsidP="00543B8B">
            <w:pPr>
              <w:jc w:val="center"/>
              <w:rPr>
                <w:rFonts w:ascii="BIZ UDゴシック" w:eastAsia="BIZ UDゴシック" w:hAnsi="BIZ UDゴシック"/>
                <w:sz w:val="24"/>
                <w:szCs w:val="24"/>
              </w:rPr>
            </w:pPr>
            <w:r w:rsidRPr="00543B8B">
              <w:rPr>
                <w:rFonts w:ascii="BIZ UDゴシック" w:eastAsia="BIZ UDゴシック" w:hAnsi="BIZ UDゴシック"/>
                <w:sz w:val="24"/>
                <w:szCs w:val="24"/>
              </w:rPr>
              <w:t>9</w:t>
            </w:r>
            <w:r w:rsidR="00543B8B" w:rsidRPr="00543B8B">
              <w:rPr>
                <w:rFonts w:ascii="BIZ UDゴシック" w:eastAsia="BIZ UDゴシック" w:hAnsi="BIZ UDゴシック" w:hint="eastAsia"/>
                <w:sz w:val="24"/>
                <w:szCs w:val="24"/>
                <w:lang w:eastAsia="ja-JP"/>
              </w:rPr>
              <w:t xml:space="preserve"> </w:t>
            </w:r>
            <w:r w:rsidRPr="00543B8B">
              <w:rPr>
                <w:rFonts w:ascii="BIZ UDゴシック" w:eastAsia="BIZ UDゴシック" w:hAnsi="BIZ UDゴシック"/>
                <w:sz w:val="24"/>
                <w:szCs w:val="24"/>
              </w:rPr>
              <w:t xml:space="preserve"> </w:t>
            </w:r>
            <w:proofErr w:type="spellStart"/>
            <w:r w:rsidRPr="00543B8B">
              <w:rPr>
                <w:rFonts w:ascii="BIZ UDゴシック" w:eastAsia="BIZ UDゴシック" w:hAnsi="BIZ UDゴシック"/>
                <w:sz w:val="24"/>
                <w:szCs w:val="24"/>
              </w:rPr>
              <w:t>添付書類</w:t>
            </w:r>
            <w:proofErr w:type="spellEnd"/>
          </w:p>
        </w:tc>
        <w:tc>
          <w:tcPr>
            <w:tcW w:w="8154" w:type="dxa"/>
            <w:vAlign w:val="center"/>
          </w:tcPr>
          <w:p w14:paraId="728D195E" w14:textId="54037714" w:rsidR="00390B83" w:rsidRPr="00543B8B" w:rsidRDefault="0061683E" w:rsidP="00543B8B">
            <w:pPr>
              <w:jc w:val="both"/>
              <w:rPr>
                <w:rFonts w:ascii="BIZ UDゴシック" w:eastAsia="BIZ UDゴシック" w:hAnsi="BIZ UDゴシック"/>
                <w:sz w:val="24"/>
                <w:szCs w:val="24"/>
                <w:lang w:eastAsia="ja-JP"/>
              </w:rPr>
            </w:pPr>
            <w:r w:rsidRPr="00543B8B">
              <w:rPr>
                <w:rFonts w:ascii="BIZ UDゴシック" w:eastAsia="BIZ UDゴシック" w:hAnsi="BIZ UDゴシック"/>
                <w:sz w:val="24"/>
                <w:szCs w:val="24"/>
                <w:lang w:eastAsia="ja-JP"/>
              </w:rPr>
              <w:t>□り災証明書　□被害写真　□その他（　　　　）</w:t>
            </w:r>
          </w:p>
        </w:tc>
      </w:tr>
    </w:tbl>
    <w:p w14:paraId="50C681F6" w14:textId="77777777" w:rsidR="002040BC" w:rsidRPr="002040BC" w:rsidRDefault="002040BC" w:rsidP="002040BC">
      <w:pPr>
        <w:spacing w:after="0" w:line="240" w:lineRule="auto"/>
        <w:ind w:leftChars="-193" w:left="-425"/>
        <w:rPr>
          <w:sz w:val="8"/>
          <w:szCs w:val="8"/>
          <w:lang w:eastAsia="ja-JP"/>
        </w:rPr>
      </w:pPr>
    </w:p>
    <w:p w14:paraId="39802BE2" w14:textId="757CD363" w:rsidR="00390B83" w:rsidRPr="002040BC" w:rsidRDefault="0061683E" w:rsidP="002040BC">
      <w:pPr>
        <w:ind w:leftChars="-193" w:left="-425"/>
        <w:rPr>
          <w:sz w:val="32"/>
          <w:szCs w:val="32"/>
          <w:lang w:eastAsia="ja-JP"/>
        </w:rPr>
      </w:pPr>
      <w:r w:rsidRPr="002040BC">
        <w:rPr>
          <w:sz w:val="32"/>
          <w:szCs w:val="32"/>
          <w:lang w:eastAsia="ja-JP"/>
        </w:rPr>
        <w:t>誓約欄</w:t>
      </w:r>
    </w:p>
    <w:p w14:paraId="0E48677D" w14:textId="77777777" w:rsidR="0060214F" w:rsidRDefault="0061683E" w:rsidP="0060214F">
      <w:pPr>
        <w:snapToGrid w:val="0"/>
        <w:spacing w:after="0" w:line="360" w:lineRule="auto"/>
        <w:ind w:rightChars="-387" w:right="-851"/>
        <w:rPr>
          <w:rFonts w:ascii="BIZ UDゴシック" w:eastAsia="BIZ UDゴシック" w:hAnsi="BIZ UDゴシック"/>
          <w:sz w:val="24"/>
          <w:szCs w:val="24"/>
          <w:lang w:eastAsia="ja-JP"/>
        </w:rPr>
      </w:pPr>
      <w:r w:rsidRPr="00543B8B">
        <w:rPr>
          <w:rFonts w:ascii="BIZ UDゴシック" w:eastAsia="BIZ UDゴシック" w:hAnsi="BIZ UDゴシック"/>
          <w:sz w:val="24"/>
          <w:szCs w:val="24"/>
          <w:lang w:eastAsia="ja-JP"/>
        </w:rPr>
        <w:t>私は、本申請に係る廃棄物が今回の災害により発生した一般廃棄物であり、産業廃棄物その他対象外の廃棄物を含まないことを誓約します。内容に虚偽が判明した場合は、</w:t>
      </w:r>
    </w:p>
    <w:p w14:paraId="05203E11" w14:textId="5C6448C4" w:rsidR="00390B83" w:rsidRDefault="00543B8B" w:rsidP="0060214F">
      <w:pPr>
        <w:snapToGrid w:val="0"/>
        <w:spacing w:after="0" w:line="360" w:lineRule="auto"/>
        <w:ind w:rightChars="-387" w:right="-851"/>
        <w:rPr>
          <w:rFonts w:ascii="BIZ UDゴシック" w:eastAsia="BIZ UDゴシック" w:hAnsi="BIZ UDゴシック"/>
          <w:sz w:val="24"/>
          <w:szCs w:val="24"/>
          <w:lang w:eastAsia="ja-JP"/>
        </w:rPr>
      </w:pPr>
      <w:r w:rsidRPr="00543B8B">
        <w:rPr>
          <w:rFonts w:ascii="BIZ UDゴシック" w:eastAsia="BIZ UDゴシック" w:hAnsi="BIZ UDゴシック" w:hint="eastAsia"/>
          <w:sz w:val="24"/>
          <w:szCs w:val="24"/>
          <w:lang w:eastAsia="ja-JP"/>
        </w:rPr>
        <w:t>村</w:t>
      </w:r>
      <w:r w:rsidRPr="00543B8B">
        <w:rPr>
          <w:rFonts w:ascii="BIZ UDゴシック" w:eastAsia="BIZ UDゴシック" w:hAnsi="BIZ UDゴシック"/>
          <w:sz w:val="24"/>
          <w:szCs w:val="24"/>
          <w:lang w:eastAsia="ja-JP"/>
        </w:rPr>
        <w:t>の指示に従います。</w:t>
      </w:r>
    </w:p>
    <w:p w14:paraId="36D4C395" w14:textId="77777777" w:rsidR="00543B8B" w:rsidRPr="00543B8B" w:rsidRDefault="00543B8B" w:rsidP="00543B8B">
      <w:pPr>
        <w:snapToGrid w:val="0"/>
        <w:spacing w:after="0" w:line="120" w:lineRule="atLeast"/>
        <w:rPr>
          <w:rFonts w:ascii="BIZ UDゴシック" w:eastAsia="BIZ UDゴシック" w:hAnsi="BIZ UDゴシック" w:hint="eastAsia"/>
          <w:sz w:val="12"/>
          <w:szCs w:val="12"/>
          <w:lang w:eastAsia="ja-JP"/>
        </w:rPr>
      </w:pPr>
    </w:p>
    <w:p w14:paraId="25775D92" w14:textId="77777777" w:rsidR="00543B8B" w:rsidRPr="00543B8B" w:rsidRDefault="0061683E" w:rsidP="00543B8B">
      <w:pPr>
        <w:spacing w:line="360" w:lineRule="auto"/>
        <w:rPr>
          <w:rFonts w:ascii="BIZ UDゴシック" w:eastAsia="BIZ UDゴシック" w:hAnsi="BIZ UDゴシック"/>
          <w:sz w:val="24"/>
          <w:szCs w:val="24"/>
          <w:lang w:eastAsia="ja-JP"/>
        </w:rPr>
      </w:pPr>
      <w:r w:rsidRPr="004F28B9">
        <w:rPr>
          <w:rFonts w:ascii="BIZ UDゴシック" w:eastAsia="BIZ UDゴシック" w:hAnsi="BIZ UDゴシック"/>
          <w:sz w:val="28"/>
          <w:szCs w:val="28"/>
          <w:lang w:eastAsia="ja-JP"/>
        </w:rPr>
        <w:t>署名：</w:t>
      </w:r>
      <w:r w:rsidRPr="00543B8B">
        <w:rPr>
          <w:rFonts w:ascii="BIZ UDゴシック" w:eastAsia="BIZ UDゴシック" w:hAnsi="BIZ UDゴシック"/>
          <w:sz w:val="24"/>
          <w:szCs w:val="24"/>
          <w:lang w:eastAsia="ja-JP"/>
        </w:rPr>
        <w:t xml:space="preserve">　　　　　　　</w:t>
      </w:r>
    </w:p>
    <w:p w14:paraId="19CC0BC9" w14:textId="7E1A0976" w:rsidR="002040BC" w:rsidRDefault="006C687F">
      <w:pPr>
        <w:rPr>
          <w:rFonts w:ascii="BIZ UDゴシック" w:eastAsia="BIZ UDゴシック" w:hAnsi="BIZ UDゴシック"/>
          <w:sz w:val="24"/>
          <w:szCs w:val="24"/>
          <w:lang w:eastAsia="ja-JP"/>
        </w:rPr>
      </w:pPr>
      <w:r>
        <w:rPr>
          <w:rFonts w:ascii="BIZ UDゴシック" w:eastAsia="BIZ UDゴシック" w:hAnsi="BIZ UDゴシック"/>
          <w:noProof/>
          <w:sz w:val="24"/>
          <w:szCs w:val="24"/>
          <w:lang w:eastAsia="ja-JP"/>
        </w:rPr>
        <mc:AlternateContent>
          <mc:Choice Requires="wps">
            <w:drawing>
              <wp:anchor distT="0" distB="0" distL="114300" distR="114300" simplePos="0" relativeHeight="251662336" behindDoc="0" locked="0" layoutInCell="1" allowOverlap="1" wp14:anchorId="47E9EE26" wp14:editId="3835D795">
                <wp:simplePos x="0" y="0"/>
                <wp:positionH relativeFrom="column">
                  <wp:posOffset>580390</wp:posOffset>
                </wp:positionH>
                <wp:positionV relativeFrom="paragraph">
                  <wp:posOffset>3982</wp:posOffset>
                </wp:positionV>
                <wp:extent cx="3814119" cy="0"/>
                <wp:effectExtent l="0" t="0" r="0" b="0"/>
                <wp:wrapNone/>
                <wp:docPr id="443069953" name="直線コネクタ 3"/>
                <wp:cNvGraphicFramePr/>
                <a:graphic xmlns:a="http://schemas.openxmlformats.org/drawingml/2006/main">
                  <a:graphicData uri="http://schemas.microsoft.com/office/word/2010/wordprocessingShape">
                    <wps:wsp>
                      <wps:cNvCnPr/>
                      <wps:spPr>
                        <a:xfrm>
                          <a:off x="0" y="0"/>
                          <a:ext cx="3814119"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E61F56" id="直線コネクタ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7pt,.3pt" to="34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" strokecolor="black [3040]" strokeweight="1.5pt"/>
            </w:pict>
          </mc:Fallback>
        </mc:AlternateContent>
      </w:r>
    </w:p>
    <w:p w14:paraId="4ECC8E84" w14:textId="0FBE7CF2" w:rsidR="00543B8B" w:rsidRDefault="0061683E">
      <w:pPr>
        <w:rPr>
          <w:rFonts w:ascii="BIZ UDゴシック" w:eastAsia="BIZ UDゴシック" w:hAnsi="BIZ UDゴシック"/>
          <w:sz w:val="24"/>
          <w:szCs w:val="24"/>
          <w:lang w:eastAsia="ja-JP"/>
        </w:rPr>
      </w:pPr>
      <w:r w:rsidRPr="00543B8B">
        <w:rPr>
          <w:rFonts w:ascii="BIZ UDゴシック" w:eastAsia="BIZ UDゴシック" w:hAnsi="BIZ UDゴシック"/>
          <w:sz w:val="24"/>
          <w:szCs w:val="24"/>
        </w:rPr>
        <w:t>【</w:t>
      </w:r>
      <w:proofErr w:type="spellStart"/>
      <w:r w:rsidRPr="00543B8B">
        <w:rPr>
          <w:rFonts w:ascii="BIZ UDゴシック" w:eastAsia="BIZ UDゴシック" w:hAnsi="BIZ UDゴシック"/>
          <w:sz w:val="24"/>
          <w:szCs w:val="24"/>
        </w:rPr>
        <w:t>受付処理欄</w:t>
      </w:r>
      <w:proofErr w:type="spellEnd"/>
      <w:r w:rsidRPr="00543B8B">
        <w:rPr>
          <w:rFonts w:ascii="BIZ UDゴシック" w:eastAsia="BIZ UDゴシック" w:hAnsi="BIZ UDゴシック"/>
          <w:sz w:val="24"/>
          <w:szCs w:val="24"/>
        </w:rPr>
        <w:t>（</w:t>
      </w:r>
      <w:r w:rsidR="00543B8B" w:rsidRPr="00543B8B">
        <w:rPr>
          <w:rFonts w:ascii="BIZ UDゴシック" w:eastAsia="BIZ UDゴシック" w:hAnsi="BIZ UDゴシック" w:hint="eastAsia"/>
          <w:sz w:val="24"/>
          <w:szCs w:val="24"/>
          <w:lang w:eastAsia="ja-JP"/>
        </w:rPr>
        <w:t>村</w:t>
      </w:r>
      <w:proofErr w:type="spellStart"/>
      <w:r w:rsidRPr="00543B8B">
        <w:rPr>
          <w:rFonts w:ascii="BIZ UDゴシック" w:eastAsia="BIZ UDゴシック" w:hAnsi="BIZ UDゴシック"/>
          <w:sz w:val="24"/>
          <w:szCs w:val="24"/>
        </w:rPr>
        <w:t>記入</w:t>
      </w:r>
      <w:proofErr w:type="spellEnd"/>
      <w:r w:rsidRPr="00543B8B">
        <w:rPr>
          <w:rFonts w:ascii="BIZ UDゴシック" w:eastAsia="BIZ UDゴシック" w:hAnsi="BIZ UDゴシック"/>
          <w:sz w:val="24"/>
          <w:szCs w:val="24"/>
        </w:rPr>
        <w:t>）】</w:t>
      </w:r>
      <w:r w:rsidRPr="00543B8B">
        <w:rPr>
          <w:rFonts w:ascii="BIZ UDゴシック" w:eastAsia="BIZ UDゴシック" w:hAnsi="BIZ UDゴシック"/>
          <w:sz w:val="24"/>
          <w:szCs w:val="24"/>
        </w:rPr>
        <w:br/>
        <w:t>□</w:t>
      </w:r>
      <w:proofErr w:type="spellStart"/>
      <w:r w:rsidRPr="00543B8B">
        <w:rPr>
          <w:rFonts w:ascii="BIZ UDゴシック" w:eastAsia="BIZ UDゴシック" w:hAnsi="BIZ UDゴシック"/>
          <w:sz w:val="24"/>
          <w:szCs w:val="24"/>
        </w:rPr>
        <w:t>受付</w:t>
      </w:r>
      <w:proofErr w:type="spellEnd"/>
      <w:r w:rsidRPr="00543B8B">
        <w:rPr>
          <w:rFonts w:ascii="BIZ UDゴシック" w:eastAsia="BIZ UDゴシック" w:hAnsi="BIZ UDゴシック"/>
          <w:sz w:val="24"/>
          <w:szCs w:val="24"/>
        </w:rPr>
        <w:t xml:space="preserve">　□</w:t>
      </w:r>
      <w:proofErr w:type="spellStart"/>
      <w:r w:rsidRPr="00543B8B">
        <w:rPr>
          <w:rFonts w:ascii="BIZ UDゴシック" w:eastAsia="BIZ UDゴシック" w:hAnsi="BIZ UDゴシック"/>
          <w:sz w:val="24"/>
          <w:szCs w:val="24"/>
        </w:rPr>
        <w:t>搬入許可</w:t>
      </w:r>
      <w:proofErr w:type="spellEnd"/>
      <w:r w:rsidRPr="00543B8B">
        <w:rPr>
          <w:rFonts w:ascii="BIZ UDゴシック" w:eastAsia="BIZ UDゴシック" w:hAnsi="BIZ UDゴシック"/>
          <w:sz w:val="24"/>
          <w:szCs w:val="24"/>
        </w:rPr>
        <w:t xml:space="preserve">　□</w:t>
      </w:r>
      <w:proofErr w:type="spellStart"/>
      <w:r w:rsidRPr="00543B8B">
        <w:rPr>
          <w:rFonts w:ascii="BIZ UDゴシック" w:eastAsia="BIZ UDゴシック" w:hAnsi="BIZ UDゴシック"/>
          <w:sz w:val="24"/>
          <w:szCs w:val="24"/>
        </w:rPr>
        <w:t>減免対象</w:t>
      </w:r>
      <w:proofErr w:type="spellEnd"/>
      <w:r w:rsidRPr="00543B8B">
        <w:rPr>
          <w:rFonts w:ascii="BIZ UDゴシック" w:eastAsia="BIZ UDゴシック" w:hAnsi="BIZ UDゴシック"/>
          <w:sz w:val="24"/>
          <w:szCs w:val="24"/>
        </w:rPr>
        <w:t xml:space="preserve">　□</w:t>
      </w:r>
      <w:proofErr w:type="spellStart"/>
      <w:r w:rsidRPr="00543B8B">
        <w:rPr>
          <w:rFonts w:ascii="BIZ UDゴシック" w:eastAsia="BIZ UDゴシック" w:hAnsi="BIZ UDゴシック"/>
          <w:sz w:val="24"/>
          <w:szCs w:val="24"/>
        </w:rPr>
        <w:t>写真確認</w:t>
      </w:r>
      <w:proofErr w:type="spellEnd"/>
      <w:r w:rsidRPr="00543B8B">
        <w:rPr>
          <w:rFonts w:ascii="BIZ UDゴシック" w:eastAsia="BIZ UDゴシック" w:hAnsi="BIZ UDゴシック"/>
          <w:sz w:val="24"/>
          <w:szCs w:val="24"/>
        </w:rPr>
        <w:t xml:space="preserve">　□</w:t>
      </w:r>
      <w:proofErr w:type="spellStart"/>
      <w:r w:rsidRPr="00543B8B">
        <w:rPr>
          <w:rFonts w:ascii="BIZ UDゴシック" w:eastAsia="BIZ UDゴシック" w:hAnsi="BIZ UDゴシック"/>
          <w:sz w:val="24"/>
          <w:szCs w:val="24"/>
        </w:rPr>
        <w:t>証明書確認</w:t>
      </w:r>
      <w:proofErr w:type="spellEnd"/>
    </w:p>
    <w:p w14:paraId="4BE66965" w14:textId="077FD9A0" w:rsidR="00390B83" w:rsidRPr="00543B8B" w:rsidRDefault="0061683E">
      <w:pPr>
        <w:rPr>
          <w:rFonts w:ascii="BIZ UDゴシック" w:eastAsia="BIZ UDゴシック" w:hAnsi="BIZ UDゴシック"/>
          <w:sz w:val="24"/>
          <w:szCs w:val="24"/>
        </w:rPr>
      </w:pPr>
      <w:proofErr w:type="spellStart"/>
      <w:r w:rsidRPr="00543B8B">
        <w:rPr>
          <w:rFonts w:ascii="BIZ UDゴシック" w:eastAsia="BIZ UDゴシック" w:hAnsi="BIZ UDゴシック"/>
          <w:sz w:val="24"/>
          <w:szCs w:val="24"/>
        </w:rPr>
        <w:t>備考</w:t>
      </w:r>
      <w:proofErr w:type="spellEnd"/>
      <w:r w:rsidRPr="00543B8B">
        <w:rPr>
          <w:rFonts w:ascii="BIZ UDゴシック" w:eastAsia="BIZ UDゴシック" w:hAnsi="BIZ UDゴシック"/>
          <w:sz w:val="24"/>
          <w:szCs w:val="24"/>
        </w:rPr>
        <w:t>：</w:t>
      </w:r>
    </w:p>
    <w:sectPr w:rsidR="00390B83" w:rsidRPr="00543B8B" w:rsidSect="0060214F">
      <w:pgSz w:w="12240" w:h="15840"/>
      <w:pgMar w:top="340" w:right="1797" w:bottom="397"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F102" w14:textId="77777777" w:rsidR="0079454E" w:rsidRDefault="0079454E" w:rsidP="0004161C">
      <w:pPr>
        <w:spacing w:after="0" w:line="240" w:lineRule="auto"/>
      </w:pPr>
      <w:r>
        <w:separator/>
      </w:r>
    </w:p>
  </w:endnote>
  <w:endnote w:type="continuationSeparator" w:id="0">
    <w:p w14:paraId="04143E67" w14:textId="77777777" w:rsidR="0079454E" w:rsidRDefault="0079454E" w:rsidP="000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2422F" w14:textId="77777777" w:rsidR="0079454E" w:rsidRDefault="0079454E" w:rsidP="0004161C">
      <w:pPr>
        <w:spacing w:after="0" w:line="240" w:lineRule="auto"/>
      </w:pPr>
      <w:r>
        <w:separator/>
      </w:r>
    </w:p>
  </w:footnote>
  <w:footnote w:type="continuationSeparator" w:id="0">
    <w:p w14:paraId="631FD77A" w14:textId="77777777" w:rsidR="0079454E" w:rsidRDefault="0079454E" w:rsidP="000416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14877368">
    <w:abstractNumId w:val="8"/>
  </w:num>
  <w:num w:numId="2" w16cid:durableId="1466967723">
    <w:abstractNumId w:val="6"/>
  </w:num>
  <w:num w:numId="3" w16cid:durableId="625087250">
    <w:abstractNumId w:val="5"/>
  </w:num>
  <w:num w:numId="4" w16cid:durableId="254368606">
    <w:abstractNumId w:val="4"/>
  </w:num>
  <w:num w:numId="5" w16cid:durableId="997802383">
    <w:abstractNumId w:val="7"/>
  </w:num>
  <w:num w:numId="6" w16cid:durableId="1097359807">
    <w:abstractNumId w:val="3"/>
  </w:num>
  <w:num w:numId="7" w16cid:durableId="533009234">
    <w:abstractNumId w:val="2"/>
  </w:num>
  <w:num w:numId="8" w16cid:durableId="1394039019">
    <w:abstractNumId w:val="1"/>
  </w:num>
  <w:num w:numId="9" w16cid:durableId="2068723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61C"/>
    <w:rsid w:val="0006063C"/>
    <w:rsid w:val="000E6A4E"/>
    <w:rsid w:val="0015074B"/>
    <w:rsid w:val="002040BC"/>
    <w:rsid w:val="00250BA5"/>
    <w:rsid w:val="00277DD0"/>
    <w:rsid w:val="0029639D"/>
    <w:rsid w:val="002E4FA9"/>
    <w:rsid w:val="00326F90"/>
    <w:rsid w:val="003421F7"/>
    <w:rsid w:val="00365791"/>
    <w:rsid w:val="00390B83"/>
    <w:rsid w:val="00410EAC"/>
    <w:rsid w:val="004F28B9"/>
    <w:rsid w:val="00543B8B"/>
    <w:rsid w:val="00554E0A"/>
    <w:rsid w:val="0060214F"/>
    <w:rsid w:val="0061683E"/>
    <w:rsid w:val="006C687F"/>
    <w:rsid w:val="006D6381"/>
    <w:rsid w:val="0079454E"/>
    <w:rsid w:val="007A2462"/>
    <w:rsid w:val="008C697E"/>
    <w:rsid w:val="00A40EB0"/>
    <w:rsid w:val="00AA1D8D"/>
    <w:rsid w:val="00B47730"/>
    <w:rsid w:val="00CB0664"/>
    <w:rsid w:val="00D149D4"/>
    <w:rsid w:val="00DB3929"/>
    <w:rsid w:val="00E14798"/>
    <w:rsid w:val="00FC693F"/>
    <w:rsid w:val="00FE32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B2281"/>
  <w14:defaultImageDpi w14:val="300"/>
  <w15:docId w15:val="{15422D1C-BF00-4986-9791-223F1DA4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93</Words>
  <Characters>534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髙橋 大輝</cp:lastModifiedBy>
  <cp:revision>13</cp:revision>
  <cp:lastPrinted>2026-07-28T14:01:00Z</cp:lastPrinted>
  <dcterms:created xsi:type="dcterms:W3CDTF">2013-12-23T23:15:00Z</dcterms:created>
  <dcterms:modified xsi:type="dcterms:W3CDTF">2026-07-29T05:17:00Z</dcterms:modified>
  <cp:category/>
</cp:coreProperties>
</file>